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1C9D" w:rsidRDefault="00101F56">
      <w:pPr>
        <w:pStyle w:val="1"/>
        <w:spacing w:before="0" w:line="360" w:lineRule="auto"/>
        <w:jc w:val="center"/>
      </w:pPr>
      <w:r>
        <w:rPr>
          <w:rFonts w:ascii="楷体" w:eastAsia="楷体" w:hAnsi="楷体"/>
          <w:color w:val="000000"/>
          <w:sz w:val="44"/>
        </w:rPr>
        <w:t>商铺租赁合同</w:t>
      </w:r>
    </w:p>
    <w:p w:rsidR="007C1C9D" w:rsidRDefault="00101F56">
      <w:pPr>
        <w:spacing w:before="400" w:after="400" w:line="400" w:lineRule="exact"/>
        <w:ind w:firstLine="432"/>
      </w:pPr>
      <w:r>
        <w:t>出租方</w:t>
      </w:r>
      <w:r>
        <w:t>(</w:t>
      </w:r>
      <w:r>
        <w:t>以下称甲方</w:t>
      </w:r>
      <w:r>
        <w:t>)</w:t>
      </w:r>
      <w:r>
        <w:t>：</w:t>
      </w:r>
      <w:r>
        <w:t>_____________</w:t>
      </w:r>
    </w:p>
    <w:p w:rsidR="007C1C9D" w:rsidRDefault="00101F56">
      <w:pPr>
        <w:spacing w:before="400" w:after="400" w:line="400" w:lineRule="exact"/>
        <w:ind w:firstLine="432"/>
      </w:pPr>
      <w:r>
        <w:t>承租方</w:t>
      </w:r>
      <w:r>
        <w:t>(</w:t>
      </w:r>
      <w:r>
        <w:t>以下称乙方</w:t>
      </w:r>
      <w:r>
        <w:t>)</w:t>
      </w:r>
      <w:r>
        <w:t>：</w:t>
      </w:r>
      <w:r>
        <w:t>_____________</w:t>
      </w:r>
    </w:p>
    <w:p w:rsidR="007C1C9D" w:rsidRDefault="00101F56">
      <w:pPr>
        <w:spacing w:before="400" w:after="400" w:line="400" w:lineRule="exact"/>
        <w:ind w:firstLine="432"/>
      </w:pPr>
      <w:r>
        <w:t>甲方愿意将产权属于自己的房屋出租给乙方。双方根据国家相关法律、法规，经协商一致，订立本合同，如下：</w:t>
      </w:r>
    </w:p>
    <w:p w:rsidR="007C1C9D" w:rsidRDefault="00101F56">
      <w:pPr>
        <w:spacing w:before="400" w:after="400" w:line="400" w:lineRule="exact"/>
        <w:ind w:firstLine="432"/>
      </w:pPr>
      <w:r>
        <w:t>第一条</w:t>
      </w:r>
      <w:r>
        <w:t xml:space="preserve"> </w:t>
      </w:r>
      <w:r>
        <w:t>房屋坐落地址</w:t>
      </w:r>
    </w:p>
    <w:p w:rsidR="007C1C9D" w:rsidRDefault="00101F56">
      <w:pPr>
        <w:spacing w:before="400" w:after="400" w:line="400" w:lineRule="exact"/>
        <w:ind w:firstLine="432"/>
        <w:rPr>
          <w:lang w:eastAsia="zh-CN"/>
        </w:rPr>
      </w:pPr>
      <w:r>
        <w:t>甲方出租的商铺坐落地址：</w:t>
      </w:r>
      <w:r w:rsidR="008C36AE">
        <w:t>____________________</w:t>
      </w:r>
      <w:r>
        <w:t xml:space="preserve">______ </w:t>
      </w:r>
      <w:r>
        <w:t>号，建筑面积</w:t>
      </w:r>
      <w:r>
        <w:t>______</w:t>
      </w:r>
      <w:r>
        <w:t>平方米。</w:t>
      </w:r>
    </w:p>
    <w:p w:rsidR="008C36AE" w:rsidRDefault="008C36AE">
      <w:pPr>
        <w:spacing w:before="400" w:after="400" w:line="400" w:lineRule="exact"/>
        <w:ind w:firstLine="432"/>
        <w:rPr>
          <w:lang w:eastAsia="zh-CN"/>
        </w:rPr>
      </w:pPr>
      <w:r w:rsidRPr="008C36AE">
        <w:rPr>
          <w:rFonts w:hint="eastAsia"/>
          <w:lang w:eastAsia="zh-CN"/>
        </w:rPr>
        <w:t>第二条：租赁用途：商铺使用。</w:t>
      </w:r>
    </w:p>
    <w:p w:rsidR="007C1C9D" w:rsidRDefault="00101F56">
      <w:pPr>
        <w:spacing w:before="400" w:after="400" w:line="400" w:lineRule="exact"/>
        <w:ind w:firstLine="432"/>
      </w:pPr>
      <w:r>
        <w:t>第</w:t>
      </w:r>
      <w:r w:rsidR="008C36AE">
        <w:rPr>
          <w:rFonts w:hint="eastAsia"/>
          <w:lang w:eastAsia="zh-CN"/>
        </w:rPr>
        <w:t>三</w:t>
      </w:r>
      <w:r>
        <w:t>条</w:t>
      </w:r>
      <w:r>
        <w:t xml:space="preserve"> </w:t>
      </w:r>
      <w:r>
        <w:t>租赁期限</w:t>
      </w:r>
    </w:p>
    <w:p w:rsidR="007C1C9D" w:rsidRDefault="00101F56">
      <w:pPr>
        <w:spacing w:before="400" w:after="400" w:line="400" w:lineRule="exact"/>
        <w:ind w:firstLine="432"/>
      </w:pPr>
      <w:r>
        <w:t>租期</w:t>
      </w:r>
      <w:r>
        <w:t>_____</w:t>
      </w:r>
      <w:r>
        <w:t>年，自</w:t>
      </w:r>
      <w:r>
        <w:t>_____</w:t>
      </w:r>
      <w:r>
        <w:t>年</w:t>
      </w:r>
      <w:r>
        <w:t>__</w:t>
      </w:r>
      <w:r>
        <w:t>月</w:t>
      </w:r>
      <w:r>
        <w:t>__</w:t>
      </w:r>
      <w:r>
        <w:t>日起至</w:t>
      </w:r>
      <w:r>
        <w:t>______</w:t>
      </w:r>
      <w:r>
        <w:t>年</w:t>
      </w:r>
      <w:r>
        <w:t>__</w:t>
      </w:r>
      <w:r>
        <w:t>月</w:t>
      </w:r>
      <w:r>
        <w:t>__</w:t>
      </w:r>
      <w:r>
        <w:t>日止。</w:t>
      </w:r>
    </w:p>
    <w:p w:rsidR="007C1C9D" w:rsidRDefault="00101F56">
      <w:pPr>
        <w:spacing w:before="400" w:after="400" w:line="400" w:lineRule="exact"/>
        <w:ind w:firstLine="432"/>
      </w:pPr>
      <w:r>
        <w:t>承租人有下列情形之一的，出租人可以中止合同，收回房屋：</w:t>
      </w:r>
    </w:p>
    <w:p w:rsidR="007C1C9D" w:rsidRDefault="00101F56">
      <w:pPr>
        <w:spacing w:before="400" w:after="400" w:line="400" w:lineRule="exact"/>
        <w:ind w:firstLine="432"/>
      </w:pPr>
      <w:r>
        <w:t xml:space="preserve">1. </w:t>
      </w:r>
      <w:r>
        <w:t>承租人擅自将房屋转租、转让或转借的</w:t>
      </w:r>
      <w:r>
        <w:t>;</w:t>
      </w:r>
    </w:p>
    <w:p w:rsidR="007C1C9D" w:rsidRDefault="00101F56">
      <w:pPr>
        <w:spacing w:before="400" w:after="400" w:line="400" w:lineRule="exact"/>
        <w:ind w:firstLine="432"/>
      </w:pPr>
      <w:r>
        <w:t xml:space="preserve">2. </w:t>
      </w:r>
      <w:r>
        <w:t>承租人利用承租房进行非法活动的，损害公共利益的</w:t>
      </w:r>
      <w:r>
        <w:t>;</w:t>
      </w:r>
    </w:p>
    <w:p w:rsidR="007C1C9D" w:rsidRDefault="00101F56">
      <w:pPr>
        <w:spacing w:before="400" w:after="400" w:line="400" w:lineRule="exact"/>
        <w:ind w:firstLine="432"/>
      </w:pPr>
      <w:r>
        <w:t xml:space="preserve">3. </w:t>
      </w:r>
      <w:r>
        <w:t>承租人拖欠租金累计达</w:t>
      </w:r>
      <w:r>
        <w:t>30</w:t>
      </w:r>
      <w:r>
        <w:t>天的，并赔偿违约金</w:t>
      </w:r>
      <w:r w:rsidR="004D379B">
        <w:t>______</w:t>
      </w:r>
      <w:r>
        <w:t xml:space="preserve"> </w:t>
      </w:r>
      <w:r>
        <w:t>元。</w:t>
      </w:r>
    </w:p>
    <w:p w:rsidR="007C1C9D" w:rsidRDefault="00101F56">
      <w:pPr>
        <w:spacing w:before="400" w:after="400" w:line="400" w:lineRule="exact"/>
        <w:ind w:firstLine="432"/>
      </w:pPr>
      <w:r>
        <w:t>合同期满后，如出租方仍继续出租房屋，承租方享有优先权。但租金按当时的物价及周围门市租金涨幅作适当调整。</w:t>
      </w:r>
    </w:p>
    <w:p w:rsidR="001D0713" w:rsidRDefault="00101F56" w:rsidP="001D0713">
      <w:pPr>
        <w:spacing w:before="400" w:after="400" w:line="400" w:lineRule="exact"/>
        <w:ind w:firstLine="432"/>
        <w:rPr>
          <w:lang w:eastAsia="zh-CN"/>
        </w:rPr>
      </w:pPr>
      <w:r>
        <w:t>第</w:t>
      </w:r>
      <w:r w:rsidR="008C36AE">
        <w:rPr>
          <w:rFonts w:hint="eastAsia"/>
          <w:lang w:eastAsia="zh-CN"/>
        </w:rPr>
        <w:t>四</w:t>
      </w:r>
      <w:r>
        <w:t>条</w:t>
      </w:r>
      <w:r>
        <w:t xml:space="preserve"> </w:t>
      </w:r>
      <w:r>
        <w:t>租金和租金交纳期限：</w:t>
      </w:r>
    </w:p>
    <w:p w:rsidR="008C36AE" w:rsidRDefault="008C36AE" w:rsidP="001D0713">
      <w:pPr>
        <w:spacing w:before="400" w:after="400" w:line="400" w:lineRule="exact"/>
        <w:ind w:firstLine="432"/>
        <w:rPr>
          <w:lang w:eastAsia="zh-CN"/>
        </w:rPr>
      </w:pPr>
      <w:r>
        <w:rPr>
          <w:rFonts w:hint="eastAsia"/>
          <w:lang w:eastAsia="zh-CN"/>
        </w:rPr>
        <w:lastRenderedPageBreak/>
        <w:t>1.</w:t>
      </w:r>
      <w:r w:rsidRPr="008C36AE">
        <w:rPr>
          <w:rFonts w:hint="eastAsia"/>
          <w:lang w:eastAsia="zh-CN"/>
        </w:rPr>
        <w:t>租赁金额：每年</w:t>
      </w:r>
      <w:r w:rsidR="00D20442">
        <w:t>_________</w:t>
      </w:r>
      <w:r w:rsidRPr="008C36AE">
        <w:rPr>
          <w:rFonts w:hint="eastAsia"/>
          <w:lang w:eastAsia="zh-CN"/>
        </w:rPr>
        <w:t>元</w:t>
      </w:r>
    </w:p>
    <w:p w:rsidR="007C1C9D" w:rsidRDefault="008C36AE">
      <w:pPr>
        <w:spacing w:before="400" w:after="400" w:line="400" w:lineRule="exact"/>
        <w:ind w:firstLine="432"/>
      </w:pPr>
      <w:r>
        <w:t>2</w:t>
      </w:r>
      <w:r w:rsidR="001D0713">
        <w:rPr>
          <w:rFonts w:hint="eastAsia"/>
          <w:lang w:eastAsia="zh-CN"/>
        </w:rPr>
        <w:t>.</w:t>
      </w:r>
      <w:r w:rsidR="00101F56">
        <w:t>甲方同意乙方租金分</w:t>
      </w:r>
      <w:r w:rsidR="00101F56">
        <w:t>__</w:t>
      </w:r>
      <w:r w:rsidR="00101F56">
        <w:t>期付款，付款期限及金额约定如下：</w:t>
      </w:r>
    </w:p>
    <w:p w:rsidR="007C1C9D" w:rsidRDefault="00101F56">
      <w:pPr>
        <w:spacing w:before="400" w:after="400" w:line="400" w:lineRule="exact"/>
        <w:ind w:firstLine="432"/>
      </w:pPr>
      <w:r>
        <w:t>第一期：</w:t>
      </w:r>
      <w:r w:rsidR="001D0713">
        <w:t>租金为</w:t>
      </w:r>
      <w:r w:rsidR="001D0713">
        <w:t>_________</w:t>
      </w:r>
      <w:r w:rsidR="008C36AE">
        <w:t>________</w:t>
      </w:r>
      <w:r>
        <w:t>，付款时间为</w:t>
      </w:r>
      <w:r w:rsidR="008C36AE">
        <w:t>_</w:t>
      </w:r>
      <w:r>
        <w:t>_</w:t>
      </w:r>
      <w:r w:rsidR="008C36AE">
        <w:t>__</w:t>
      </w:r>
      <w:r>
        <w:t>年</w:t>
      </w:r>
      <w:r w:rsidR="008C36AE">
        <w:t>_</w:t>
      </w:r>
      <w:r>
        <w:t>_</w:t>
      </w:r>
      <w:r>
        <w:t>月</w:t>
      </w:r>
      <w:r w:rsidR="008C36AE">
        <w:t>_</w:t>
      </w:r>
      <w:r>
        <w:t>_</w:t>
      </w:r>
      <w:r>
        <w:t>日。</w:t>
      </w:r>
    </w:p>
    <w:p w:rsidR="001D0713" w:rsidRDefault="00101F56" w:rsidP="001D0713">
      <w:pPr>
        <w:spacing w:before="400" w:after="400" w:line="400" w:lineRule="exact"/>
        <w:ind w:firstLine="432"/>
      </w:pPr>
      <w:r>
        <w:t>第二期：</w:t>
      </w:r>
      <w:r w:rsidR="001D0713">
        <w:t>租金为</w:t>
      </w:r>
      <w:r w:rsidR="001D0713">
        <w:t>_________</w:t>
      </w:r>
      <w:r w:rsidR="008C36AE">
        <w:t>________</w:t>
      </w:r>
      <w:r w:rsidR="001D0713">
        <w:t>，付款时间为</w:t>
      </w:r>
      <w:r w:rsidR="001D0713">
        <w:t>_</w:t>
      </w:r>
      <w:r w:rsidR="008C36AE">
        <w:t>___</w:t>
      </w:r>
      <w:r w:rsidR="001D0713">
        <w:t>年</w:t>
      </w:r>
      <w:r w:rsidR="008C36AE">
        <w:t>_</w:t>
      </w:r>
      <w:r w:rsidR="001D0713">
        <w:t>_</w:t>
      </w:r>
      <w:r w:rsidR="001D0713">
        <w:t>月</w:t>
      </w:r>
      <w:r w:rsidR="001D0713">
        <w:t>_</w:t>
      </w:r>
      <w:r w:rsidR="008C36AE">
        <w:t>_</w:t>
      </w:r>
      <w:r w:rsidR="001D0713">
        <w:t>日。</w:t>
      </w:r>
    </w:p>
    <w:p w:rsidR="001D0713" w:rsidRDefault="00101F56" w:rsidP="001D0713">
      <w:pPr>
        <w:spacing w:before="400" w:after="400" w:line="400" w:lineRule="exact"/>
        <w:ind w:firstLine="432"/>
      </w:pPr>
      <w:r>
        <w:t>第三期：</w:t>
      </w:r>
      <w:r w:rsidR="001D0713">
        <w:t>租金为</w:t>
      </w:r>
      <w:r w:rsidR="001D0713">
        <w:t>_________</w:t>
      </w:r>
      <w:r w:rsidR="008C36AE">
        <w:t>________</w:t>
      </w:r>
      <w:r w:rsidR="001D0713">
        <w:t>，付款时间为</w:t>
      </w:r>
      <w:r w:rsidR="001D0713">
        <w:t>_</w:t>
      </w:r>
      <w:r w:rsidR="008C36AE">
        <w:t>___</w:t>
      </w:r>
      <w:r w:rsidR="001D0713">
        <w:t>年</w:t>
      </w:r>
      <w:r w:rsidR="008C36AE">
        <w:t>_</w:t>
      </w:r>
      <w:r w:rsidR="001D0713">
        <w:t>_</w:t>
      </w:r>
      <w:r w:rsidR="001D0713">
        <w:t>月</w:t>
      </w:r>
      <w:r w:rsidR="008C36AE">
        <w:t>_</w:t>
      </w:r>
      <w:r w:rsidR="001D0713">
        <w:t>_</w:t>
      </w:r>
      <w:r w:rsidR="001D0713">
        <w:t>日。</w:t>
      </w:r>
    </w:p>
    <w:p w:rsidR="001D0713" w:rsidRDefault="00101F56" w:rsidP="001D0713">
      <w:pPr>
        <w:spacing w:before="400" w:after="400" w:line="400" w:lineRule="exact"/>
        <w:ind w:firstLine="432"/>
      </w:pPr>
      <w:r>
        <w:t>第四期：</w:t>
      </w:r>
      <w:r w:rsidR="001D0713">
        <w:t>租金为</w:t>
      </w:r>
      <w:r w:rsidR="001D0713">
        <w:t>_________</w:t>
      </w:r>
      <w:r w:rsidR="008C36AE">
        <w:t>________</w:t>
      </w:r>
      <w:r w:rsidR="001D0713">
        <w:t>，付款时间为</w:t>
      </w:r>
      <w:r w:rsidR="001D0713">
        <w:t>_</w:t>
      </w:r>
      <w:r w:rsidR="008C36AE">
        <w:t>___</w:t>
      </w:r>
      <w:r w:rsidR="001D0713">
        <w:t>年</w:t>
      </w:r>
      <w:r w:rsidR="008C36AE">
        <w:t>_</w:t>
      </w:r>
      <w:r w:rsidR="001D0713">
        <w:t>_</w:t>
      </w:r>
      <w:r w:rsidR="001D0713">
        <w:t>月</w:t>
      </w:r>
      <w:r w:rsidR="008C36AE">
        <w:t>_</w:t>
      </w:r>
      <w:r w:rsidR="001D0713">
        <w:t>_</w:t>
      </w:r>
      <w:r w:rsidR="001D0713">
        <w:t>日。</w:t>
      </w:r>
    </w:p>
    <w:p w:rsidR="001D0713" w:rsidRDefault="00101F56" w:rsidP="001D0713">
      <w:pPr>
        <w:spacing w:before="400" w:after="400" w:line="400" w:lineRule="exact"/>
        <w:ind w:firstLine="432"/>
        <w:rPr>
          <w:lang w:eastAsia="zh-CN"/>
        </w:rPr>
      </w:pPr>
      <w:r>
        <w:t>第五期：</w:t>
      </w:r>
      <w:r w:rsidR="001D0713">
        <w:t>租金为</w:t>
      </w:r>
      <w:r w:rsidR="001D0713">
        <w:t>_________</w:t>
      </w:r>
      <w:r w:rsidR="008C36AE">
        <w:t>________</w:t>
      </w:r>
      <w:r w:rsidR="001D0713">
        <w:t>，付款时间为</w:t>
      </w:r>
      <w:r w:rsidR="001D0713">
        <w:t>_</w:t>
      </w:r>
      <w:r w:rsidR="008C36AE">
        <w:t>___</w:t>
      </w:r>
      <w:r w:rsidR="001D0713">
        <w:t>年</w:t>
      </w:r>
      <w:r w:rsidR="008C36AE">
        <w:t>_</w:t>
      </w:r>
      <w:r w:rsidR="001D0713">
        <w:t>_</w:t>
      </w:r>
      <w:r w:rsidR="001D0713">
        <w:t>月</w:t>
      </w:r>
      <w:r w:rsidR="008C36AE">
        <w:t>_</w:t>
      </w:r>
      <w:r w:rsidR="001D0713">
        <w:t>_</w:t>
      </w:r>
      <w:r w:rsidR="001D0713">
        <w:t>日。</w:t>
      </w:r>
    </w:p>
    <w:p w:rsidR="00101F56" w:rsidRDefault="00101F56" w:rsidP="00101F56">
      <w:pPr>
        <w:spacing w:before="400" w:after="400" w:line="400" w:lineRule="exact"/>
        <w:ind w:firstLine="432"/>
        <w:rPr>
          <w:lang w:eastAsia="zh-CN"/>
        </w:rPr>
      </w:pPr>
      <w:r>
        <w:rPr>
          <w:rFonts w:hint="eastAsia"/>
          <w:lang w:eastAsia="zh-CN"/>
        </w:rPr>
        <w:t>3.</w:t>
      </w:r>
      <w:r>
        <w:rPr>
          <w:rFonts w:hint="eastAsia"/>
          <w:lang w:eastAsia="zh-CN"/>
        </w:rPr>
        <w:t>乙方以现金方式向甲方支付租金。</w:t>
      </w:r>
    </w:p>
    <w:p w:rsidR="007C1C9D" w:rsidRDefault="00101F56" w:rsidP="00101F56">
      <w:pPr>
        <w:spacing w:before="400" w:after="400" w:line="400" w:lineRule="exact"/>
        <w:ind w:firstLine="432"/>
        <w:rPr>
          <w:lang w:eastAsia="zh-CN"/>
        </w:rPr>
      </w:pPr>
      <w:r>
        <w:rPr>
          <w:rFonts w:hint="eastAsia"/>
          <w:lang w:eastAsia="zh-CN"/>
        </w:rPr>
        <w:t>4</w:t>
      </w:r>
      <w:r>
        <w:t xml:space="preserve">. </w:t>
      </w:r>
      <w:r>
        <w:t>乙方必须按照约定向甲方缴纳租金。如无故拖欠租金，甲方给予乙方</w:t>
      </w:r>
      <w:r>
        <w:t>7</w:t>
      </w:r>
      <w:r>
        <w:t>天的宽限期，从第</w:t>
      </w:r>
      <w:r>
        <w:t>8</w:t>
      </w:r>
      <w:r>
        <w:t>天开始甲方有权向乙方每天按实欠租金</w:t>
      </w:r>
      <w:r>
        <w:t>1%</w:t>
      </w:r>
      <w:r>
        <w:t>加收滞纳金。</w:t>
      </w:r>
    </w:p>
    <w:p w:rsidR="007C1C9D" w:rsidRDefault="00101F56">
      <w:pPr>
        <w:spacing w:before="400" w:after="400" w:line="400" w:lineRule="exact"/>
        <w:ind w:firstLine="432"/>
      </w:pPr>
      <w:r>
        <w:t>第四条</w:t>
      </w:r>
      <w:r>
        <w:t xml:space="preserve"> </w:t>
      </w:r>
      <w:r>
        <w:t>租赁期间房屋修缮</w:t>
      </w:r>
    </w:p>
    <w:p w:rsidR="007C1C9D" w:rsidRDefault="00101F56">
      <w:pPr>
        <w:spacing w:before="400" w:after="400" w:line="400" w:lineRule="exact"/>
        <w:ind w:firstLine="432"/>
      </w:pPr>
      <w:r>
        <w:t>出租方将房屋交给承租方后，承租方的装修及修缮，出租方概不负责。如承租方不再使用出租方的门市后，承租方不得破坏已装修部分及房屋架构。</w:t>
      </w:r>
    </w:p>
    <w:p w:rsidR="007C1C9D" w:rsidRDefault="00101F56">
      <w:pPr>
        <w:spacing w:before="400" w:after="400" w:line="400" w:lineRule="exact"/>
        <w:ind w:firstLine="432"/>
      </w:pPr>
      <w:r>
        <w:t>第五条</w:t>
      </w:r>
      <w:r>
        <w:t xml:space="preserve"> </w:t>
      </w:r>
      <w:r>
        <w:t>各项费用的缴纳</w:t>
      </w:r>
    </w:p>
    <w:p w:rsidR="007C1C9D" w:rsidRDefault="00101F56">
      <w:pPr>
        <w:spacing w:before="400" w:after="400" w:line="400" w:lineRule="exact"/>
        <w:ind w:firstLine="432"/>
        <w:rPr>
          <w:lang w:eastAsia="zh-CN"/>
        </w:rPr>
      </w:pPr>
      <w:r>
        <w:t xml:space="preserve">1. </w:t>
      </w:r>
      <w:r>
        <w:t>物业管理费：乙方自行向物业管理公司交纳</w:t>
      </w:r>
      <w:r w:rsidR="001D0713">
        <w:rPr>
          <w:rFonts w:hint="eastAsia"/>
          <w:lang w:eastAsia="zh-CN"/>
        </w:rPr>
        <w:t>。</w:t>
      </w:r>
    </w:p>
    <w:p w:rsidR="007C1C9D" w:rsidRDefault="00101F56">
      <w:pPr>
        <w:spacing w:before="400" w:after="400" w:line="400" w:lineRule="exact"/>
        <w:ind w:firstLine="432"/>
      </w:pPr>
      <w:r>
        <w:t xml:space="preserve">2. </w:t>
      </w:r>
      <w:r>
        <w:t>水电费：由乙方自行缴纳。</w:t>
      </w:r>
    </w:p>
    <w:p w:rsidR="007C1C9D" w:rsidRDefault="00633903">
      <w:pPr>
        <w:spacing w:before="400" w:after="400" w:line="400" w:lineRule="exact"/>
        <w:ind w:firstLine="432"/>
      </w:pPr>
      <w:r>
        <w:t>3</w:t>
      </w:r>
      <w:r w:rsidR="00101F56">
        <w:t xml:space="preserve">. </w:t>
      </w:r>
      <w:r w:rsidR="00101F56">
        <w:t>维修费：租赁期间，由于乙方导致租赁房屋的质量或房屋的内部设施损毁，包括门窗、水电等，维修费由乙方负责。</w:t>
      </w:r>
    </w:p>
    <w:p w:rsidR="007C1C9D" w:rsidRDefault="00633903">
      <w:pPr>
        <w:spacing w:before="400" w:after="400" w:line="400" w:lineRule="exact"/>
        <w:ind w:firstLine="432"/>
      </w:pPr>
      <w:r>
        <w:lastRenderedPageBreak/>
        <w:t>4</w:t>
      </w:r>
      <w:r w:rsidR="00101F56">
        <w:t xml:space="preserve">. </w:t>
      </w:r>
      <w:r w:rsidR="00101F56">
        <w:t>使用该房屋进行商业活动产生的其它各项费用均由乙方缴纳，</w:t>
      </w:r>
      <w:r w:rsidR="00101F56">
        <w:t>(</w:t>
      </w:r>
      <w:r w:rsidR="00101F56">
        <w:t>其中包括乙方自已申请安装电话、宽带、有线电视等设备的费用</w:t>
      </w:r>
      <w:r w:rsidR="00101F56">
        <w:t>)</w:t>
      </w:r>
      <w:r w:rsidR="00101F56">
        <w:t>。</w:t>
      </w:r>
    </w:p>
    <w:p w:rsidR="007C1C9D" w:rsidRDefault="00101F56">
      <w:pPr>
        <w:spacing w:before="400" w:after="400" w:line="400" w:lineRule="exact"/>
        <w:ind w:firstLine="432"/>
      </w:pPr>
      <w:r>
        <w:t>第六条</w:t>
      </w:r>
      <w:r>
        <w:t xml:space="preserve"> </w:t>
      </w:r>
      <w:r>
        <w:t>出租方与承租方的变更：</w:t>
      </w:r>
    </w:p>
    <w:p w:rsidR="007C1C9D" w:rsidRDefault="00101F56">
      <w:pPr>
        <w:spacing w:before="400" w:after="400" w:line="400" w:lineRule="exact"/>
        <w:ind w:firstLine="432"/>
      </w:pPr>
      <w:r>
        <w:t>1.</w:t>
      </w:r>
      <w:r>
        <w:t>如果出租方将房产所有权转移给第三方时，合同对新的房产所有者继续有效。承租人出卖房屋，须在</w:t>
      </w:r>
      <w:r>
        <w:t>3</w:t>
      </w:r>
      <w:r>
        <w:t>个月前通知承租人，在同等条件下，承租人有优先购买权。</w:t>
      </w:r>
    </w:p>
    <w:p w:rsidR="007C1C9D" w:rsidRDefault="00101F56">
      <w:pPr>
        <w:spacing w:before="400" w:after="400" w:line="400" w:lineRule="exact"/>
        <w:ind w:firstLine="432"/>
      </w:pPr>
      <w:r>
        <w:t>2.</w:t>
      </w:r>
      <w:r>
        <w:t>租赁期间，乙方如欲将租赁房屋转租给第三方使用，必须事先书面向甲方申请，由第三方书面确认，征得甲方的书面同意。取得使用权的第三方即成为本合同的当然乙方，享有原乙方的权利，承担原乙方的义务。</w:t>
      </w:r>
    </w:p>
    <w:p w:rsidR="007C1C9D" w:rsidRDefault="00101F56">
      <w:pPr>
        <w:spacing w:before="400" w:after="400" w:line="400" w:lineRule="exact"/>
        <w:ind w:firstLine="432"/>
      </w:pPr>
      <w:r>
        <w:t>第七条</w:t>
      </w:r>
      <w:r>
        <w:t xml:space="preserve"> </w:t>
      </w:r>
      <w:r>
        <w:t>违约金和违约责任</w:t>
      </w:r>
    </w:p>
    <w:p w:rsidR="007C1C9D" w:rsidRDefault="00101F56">
      <w:pPr>
        <w:spacing w:before="400" w:after="400" w:line="400" w:lineRule="exact"/>
        <w:ind w:firstLine="432"/>
      </w:pPr>
      <w:r>
        <w:t>1.</w:t>
      </w:r>
      <w:r>
        <w:t>若甲方在</w:t>
      </w:r>
      <w:r w:rsidR="00633903">
        <w:t>乙方没有违反本合同的情况下提前解除合同或租给他人，视为甲方违约，</w:t>
      </w:r>
      <w:r>
        <w:t>负责赔偿违约金</w:t>
      </w:r>
      <w:r w:rsidR="001D0713">
        <w:t>______</w:t>
      </w:r>
      <w:r>
        <w:t>元。</w:t>
      </w:r>
    </w:p>
    <w:p w:rsidR="007C1C9D" w:rsidRDefault="00101F56">
      <w:pPr>
        <w:spacing w:before="400" w:after="400" w:line="400" w:lineRule="exact"/>
        <w:ind w:firstLine="432"/>
      </w:pPr>
      <w:r>
        <w:t>2.</w:t>
      </w:r>
      <w:r>
        <w:t>若乙方在甲方没有违反本合同的情况下提前解除合同，视为乙方违约，乙方负责赔偿违约金</w:t>
      </w:r>
      <w:r w:rsidR="001D0713">
        <w:t>______</w:t>
      </w:r>
      <w:r>
        <w:t>元。</w:t>
      </w:r>
    </w:p>
    <w:p w:rsidR="007C1C9D" w:rsidRDefault="00101F56">
      <w:pPr>
        <w:spacing w:before="400" w:after="400" w:line="400" w:lineRule="exact"/>
        <w:ind w:firstLine="432"/>
      </w:pPr>
      <w:r>
        <w:t>3.</w:t>
      </w:r>
      <w:r>
        <w:t>承租方违反合同，擅自将承</w:t>
      </w:r>
      <w:bookmarkStart w:id="0" w:name="_GoBack"/>
      <w:bookmarkEnd w:id="0"/>
      <w:r>
        <w:t>租房屋转给他人使用的，应支付违约金</w:t>
      </w:r>
      <w:r w:rsidR="001D0713">
        <w:t>______</w:t>
      </w:r>
      <w:r>
        <w:t xml:space="preserve"> </w:t>
      </w:r>
      <w:r>
        <w:t>元。如因此造成承租房屋损坏的，还应负责赔偿。</w:t>
      </w:r>
    </w:p>
    <w:p w:rsidR="007C1C9D" w:rsidRDefault="00101F56">
      <w:pPr>
        <w:spacing w:before="400" w:after="400" w:line="400" w:lineRule="exact"/>
        <w:ind w:firstLine="432"/>
      </w:pPr>
      <w:r>
        <w:t>第八条</w:t>
      </w:r>
      <w:r>
        <w:t xml:space="preserve"> </w:t>
      </w:r>
      <w:r>
        <w:t>免责条件</w:t>
      </w:r>
    </w:p>
    <w:p w:rsidR="007C1C9D" w:rsidRDefault="00101F56">
      <w:pPr>
        <w:spacing w:before="400" w:after="400" w:line="400" w:lineRule="exact"/>
        <w:ind w:firstLine="432"/>
      </w:pPr>
      <w:r>
        <w:t>若租赁房屋因不可抗力的自然灾害导致损毁或造成承租人损失的，双方互不承担责任。租赁期间，若乙方因不可抗力的自然灾害导致不能使用租赁房屋，乙方需立即书面通知甲方。</w:t>
      </w:r>
    </w:p>
    <w:p w:rsidR="007C1C9D" w:rsidRDefault="00101F56">
      <w:pPr>
        <w:spacing w:before="400" w:after="400" w:line="400" w:lineRule="exact"/>
        <w:ind w:firstLine="432"/>
      </w:pPr>
      <w:r>
        <w:t>第九条</w:t>
      </w:r>
      <w:r>
        <w:t xml:space="preserve"> </w:t>
      </w:r>
      <w:r>
        <w:t>争议的解决方式</w:t>
      </w:r>
    </w:p>
    <w:p w:rsidR="007C1C9D" w:rsidRDefault="00101F56">
      <w:pPr>
        <w:spacing w:before="400" w:after="400" w:line="400" w:lineRule="exact"/>
        <w:ind w:firstLine="432"/>
      </w:pPr>
      <w:r>
        <w:lastRenderedPageBreak/>
        <w:t>本合同在履行中如发生争议，双方应友好协商解决，协商不成时，任何一方均可以向人民法院起诉。</w:t>
      </w:r>
    </w:p>
    <w:p w:rsidR="007C1C9D" w:rsidRDefault="00101F56">
      <w:pPr>
        <w:spacing w:before="400" w:after="400" w:line="400" w:lineRule="exact"/>
        <w:ind w:firstLine="432"/>
      </w:pPr>
      <w:r>
        <w:t>第十条</w:t>
      </w:r>
      <w:r>
        <w:t xml:space="preserve"> </w:t>
      </w:r>
      <w:r>
        <w:t>本合同如有未尽事宜，一律按《中华人民共和国民法典》的有关规定，经甲、乙双方共同协商，作出补充规定，补充规定与本合同具有同等效力。</w:t>
      </w:r>
    </w:p>
    <w:p w:rsidR="007C1C9D" w:rsidRDefault="00101F56" w:rsidP="00B20C29">
      <w:pPr>
        <w:spacing w:before="400" w:after="400" w:line="400" w:lineRule="exact"/>
        <w:ind w:firstLine="432"/>
      </w:pPr>
      <w:r>
        <w:t>第十一条</w:t>
      </w:r>
      <w:r>
        <w:t xml:space="preserve"> </w:t>
      </w:r>
      <w:r>
        <w:t>本合同双方签字盖章后生效，本合同共</w:t>
      </w:r>
      <w:r>
        <w:t>___</w:t>
      </w:r>
      <w:r>
        <w:t>页，</w:t>
      </w:r>
      <w:r>
        <w:t>1</w:t>
      </w:r>
      <w:r>
        <w:t>式</w:t>
      </w:r>
      <w:r>
        <w:t>2</w:t>
      </w:r>
      <w:r>
        <w:t>份，甲、乙双方各执</w:t>
      </w:r>
      <w:r>
        <w:t>1</w:t>
      </w:r>
      <w:r>
        <w:t>份，均有同等法律效力。</w:t>
      </w:r>
    </w:p>
    <w:p w:rsidR="00633903" w:rsidRDefault="00633903">
      <w:pPr>
        <w:spacing w:before="400" w:after="400" w:line="400" w:lineRule="exact"/>
        <w:ind w:firstLine="432"/>
        <w:rPr>
          <w:lang w:eastAsia="zh-CN"/>
        </w:rPr>
      </w:pPr>
    </w:p>
    <w:p w:rsidR="00633903" w:rsidRDefault="00633903">
      <w:pPr>
        <w:spacing w:before="400" w:after="400" w:line="400" w:lineRule="exact"/>
        <w:ind w:firstLine="432"/>
        <w:rPr>
          <w:lang w:eastAsia="zh-CN"/>
        </w:rPr>
      </w:pPr>
    </w:p>
    <w:p w:rsidR="007C1C9D" w:rsidRDefault="00101F56">
      <w:pPr>
        <w:spacing w:before="400" w:after="400" w:line="400" w:lineRule="exact"/>
        <w:ind w:firstLine="432"/>
      </w:pPr>
      <w:r>
        <w:t>出租方：</w:t>
      </w:r>
      <w:r w:rsidR="00633903">
        <w:t>_____________</w:t>
      </w:r>
      <w:r w:rsidR="00633903">
        <w:rPr>
          <w:rFonts w:hint="eastAsia"/>
          <w:lang w:eastAsia="zh-CN"/>
        </w:rPr>
        <w:t xml:space="preserve">           </w:t>
      </w:r>
      <w:r w:rsidR="001D0713">
        <w:rPr>
          <w:rFonts w:hint="eastAsia"/>
          <w:lang w:eastAsia="zh-CN"/>
        </w:rPr>
        <w:t xml:space="preserve">     </w:t>
      </w:r>
      <w:r w:rsidR="008C36AE">
        <w:rPr>
          <w:rFonts w:hint="eastAsia"/>
          <w:lang w:eastAsia="zh-CN"/>
        </w:rPr>
        <w:t xml:space="preserve">      </w:t>
      </w:r>
      <w:r>
        <w:t>承租方：</w:t>
      </w:r>
      <w:r>
        <w:t>_____________</w:t>
      </w:r>
    </w:p>
    <w:p w:rsidR="007C1C9D" w:rsidRDefault="00101F56">
      <w:pPr>
        <w:spacing w:before="400" w:after="400" w:line="400" w:lineRule="exact"/>
        <w:ind w:firstLine="432"/>
      </w:pPr>
      <w:r>
        <w:t>联系电话：</w:t>
      </w:r>
      <w:r w:rsidR="00633903">
        <w:t>_____________</w:t>
      </w:r>
      <w:r w:rsidR="00633903">
        <w:rPr>
          <w:rFonts w:hint="eastAsia"/>
          <w:lang w:eastAsia="zh-CN"/>
        </w:rPr>
        <w:t xml:space="preserve">       </w:t>
      </w:r>
      <w:r w:rsidR="001D0713">
        <w:rPr>
          <w:rFonts w:hint="eastAsia"/>
          <w:lang w:eastAsia="zh-CN"/>
        </w:rPr>
        <w:t xml:space="preserve">     </w:t>
      </w:r>
      <w:r w:rsidR="008C36AE">
        <w:rPr>
          <w:rFonts w:hint="eastAsia"/>
          <w:lang w:eastAsia="zh-CN"/>
        </w:rPr>
        <w:t xml:space="preserve">      </w:t>
      </w:r>
      <w:r>
        <w:t>联系电话：</w:t>
      </w:r>
      <w:r>
        <w:t>____________</w:t>
      </w:r>
    </w:p>
    <w:p w:rsidR="00633903" w:rsidRDefault="00101F56" w:rsidP="00633903">
      <w:pPr>
        <w:spacing w:before="400" w:after="400" w:line="400" w:lineRule="exact"/>
        <w:ind w:firstLine="432"/>
        <w:rPr>
          <w:lang w:eastAsia="zh-CN"/>
        </w:rPr>
      </w:pPr>
      <w:r>
        <w:t>身份证号码：</w:t>
      </w:r>
      <w:r w:rsidR="00633903">
        <w:t>_____________</w:t>
      </w:r>
      <w:r w:rsidR="00633903">
        <w:rPr>
          <w:rFonts w:hint="eastAsia"/>
          <w:lang w:eastAsia="zh-CN"/>
        </w:rPr>
        <w:t xml:space="preserve">  </w:t>
      </w:r>
      <w:r w:rsidR="001D0713">
        <w:rPr>
          <w:rFonts w:hint="eastAsia"/>
          <w:lang w:eastAsia="zh-CN"/>
        </w:rPr>
        <w:t xml:space="preserve">      </w:t>
      </w:r>
      <w:r w:rsidR="008C36AE">
        <w:rPr>
          <w:rFonts w:hint="eastAsia"/>
          <w:lang w:eastAsia="zh-CN"/>
        </w:rPr>
        <w:t xml:space="preserve">      </w:t>
      </w:r>
      <w:r>
        <w:t>身份证号码：</w:t>
      </w:r>
      <w:r>
        <w:t>______________</w:t>
      </w:r>
    </w:p>
    <w:p w:rsidR="001D0713" w:rsidRDefault="00101F56" w:rsidP="001D0713">
      <w:pPr>
        <w:spacing w:before="400" w:after="400" w:line="400" w:lineRule="exact"/>
        <w:ind w:firstLine="432"/>
      </w:pPr>
      <w:r>
        <w:t>______</w:t>
      </w:r>
      <w:r>
        <w:t>年</w:t>
      </w:r>
      <w:r>
        <w:t xml:space="preserve">______ </w:t>
      </w:r>
      <w:r>
        <w:t>月</w:t>
      </w:r>
      <w:r>
        <w:t xml:space="preserve"> ______</w:t>
      </w:r>
      <w:r>
        <w:t>日</w:t>
      </w:r>
      <w:r w:rsidR="001D0713">
        <w:rPr>
          <w:rFonts w:hint="eastAsia"/>
          <w:lang w:eastAsia="zh-CN"/>
        </w:rPr>
        <w:t xml:space="preserve">         </w:t>
      </w:r>
      <w:r w:rsidR="008C36AE">
        <w:rPr>
          <w:rFonts w:hint="eastAsia"/>
          <w:lang w:eastAsia="zh-CN"/>
        </w:rPr>
        <w:t xml:space="preserve">      </w:t>
      </w:r>
      <w:r w:rsidR="001D0713">
        <w:t>______</w:t>
      </w:r>
      <w:r w:rsidR="001D0713">
        <w:t>年</w:t>
      </w:r>
      <w:r w:rsidR="001D0713">
        <w:t xml:space="preserve">______ </w:t>
      </w:r>
      <w:r w:rsidR="001D0713">
        <w:t>月</w:t>
      </w:r>
      <w:r w:rsidR="001D0713">
        <w:t xml:space="preserve"> ______</w:t>
      </w:r>
      <w:r w:rsidR="001D0713">
        <w:t>日</w:t>
      </w:r>
    </w:p>
    <w:p w:rsidR="007C1C9D" w:rsidRDefault="007C1C9D" w:rsidP="00633903">
      <w:pPr>
        <w:spacing w:before="400" w:after="400" w:line="400" w:lineRule="exact"/>
        <w:ind w:firstLine="432"/>
        <w:rPr>
          <w:lang w:eastAsia="zh-CN"/>
        </w:rPr>
      </w:pPr>
    </w:p>
    <w:sectPr w:rsidR="007C1C9D" w:rsidSect="00633903">
      <w:pgSz w:w="12240" w:h="15840"/>
      <w:pgMar w:top="1043" w:right="1021" w:bottom="1043" w:left="1021" w:header="720" w:footer="720" w:gutter="0"/>
      <w:cols w:space="720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01F56"/>
    <w:rsid w:val="0015074B"/>
    <w:rsid w:val="001D0713"/>
    <w:rsid w:val="0029639D"/>
    <w:rsid w:val="00326F90"/>
    <w:rsid w:val="004D379B"/>
    <w:rsid w:val="00633903"/>
    <w:rsid w:val="007C1C9D"/>
    <w:rsid w:val="008C36AE"/>
    <w:rsid w:val="00944E6F"/>
    <w:rsid w:val="00AA1D8D"/>
    <w:rsid w:val="00B20C29"/>
    <w:rsid w:val="00B47730"/>
    <w:rsid w:val="00CB0664"/>
    <w:rsid w:val="00D2044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rPr>
      <w:rFonts w:ascii="Times New Roman" w:eastAsia="楷体" w:hAnsi="Times New Roman"/>
      <w:sz w:val="32"/>
    </w:rPr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页眉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页脚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标题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标题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标题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标题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副标题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正文文本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正文文本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正文文本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宏文本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引用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标题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标题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标题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标题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标题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标题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明显引用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a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c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d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e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rPr>
      <w:rFonts w:ascii="Times New Roman" w:eastAsia="楷体" w:hAnsi="Times New Roman"/>
      <w:sz w:val="32"/>
    </w:rPr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页眉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页脚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标题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标题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标题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标题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副标题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正文文本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正文文本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正文文本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宏文本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引用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标题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标题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标题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标题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标题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标题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明显引用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a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c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d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e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0572EA2-27F1-4222-8E4A-0449A7D20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shuaibility</cp:lastModifiedBy>
  <cp:revision>5</cp:revision>
  <dcterms:created xsi:type="dcterms:W3CDTF">2024-06-02T08:17:00Z</dcterms:created>
  <dcterms:modified xsi:type="dcterms:W3CDTF">2024-06-02T08:24:00Z</dcterms:modified>
</cp:coreProperties>
</file>